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2B2B2B"/>
          <w:sz w:val="36"/>
        </w:rPr>
        <w:t>Voughn Emil Calma</w:t>
      </w:r>
    </w:p>
    <w:p>
      <w:pPr>
        <w:spacing w:after="360"/>
      </w:pPr>
      <w:r>
        <w:rPr>
          <w:color w:val="0C5C4A"/>
          <w:sz w:val="19"/>
        </w:rPr>
        <w:t>voughn.calma.086@gmail.com   ·   +63 977 250 1720   ·   vemc-portfolio.pages.dev</w:t>
      </w:r>
    </w:p>
    <w:p>
      <w:pPr>
        <w:spacing w:after="360"/>
      </w:pPr>
      <w:r>
        <w:rPr>
          <w:b w:val="0"/>
          <w:i w:val="0"/>
          <w:sz w:val="21"/>
        </w:rPr>
        <w:t>October 16, 2026</w:t>
      </w:r>
    </w:p>
    <w:p>
      <w:pPr>
        <w:spacing w:after="0"/>
      </w:pPr>
      <w:r>
        <w:rPr>
          <w:b w:val="0"/>
          <w:i w:val="0"/>
          <w:sz w:val="21"/>
        </w:rPr>
        <w:t>Hiring Manager</w:t>
      </w:r>
    </w:p>
    <w:p>
      <w:pPr>
        <w:spacing w:after="360"/>
      </w:pPr>
      <w:r>
        <w:rPr>
          <w:b w:val="0"/>
          <w:i w:val="0"/>
          <w:sz w:val="21"/>
        </w:rPr>
        <w:t>Arch Global Services (Philippines) Inc.</w:t>
      </w:r>
    </w:p>
    <w:p>
      <w:pPr>
        <w:spacing w:after="280"/>
      </w:pPr>
      <w:r>
        <w:rPr>
          <w:b/>
          <w:i w:val="0"/>
          <w:sz w:val="21"/>
        </w:rPr>
        <w:t>Re: Data Management Engineer - Mid (Req R26_1002)</w:t>
      </w:r>
    </w:p>
    <w:p>
      <w:pPr>
        <w:spacing w:after="200"/>
      </w:pPr>
      <w:r>
        <w:rPr>
          <w:b w:val="0"/>
          <w:i w:val="0"/>
          <w:sz w:val="21"/>
        </w:rPr>
        <w:t>Dear Hiring Manager,</w:t>
      </w:r>
    </w:p>
    <w:p>
      <w:pPr>
        <w:spacing w:after="200"/>
      </w:pPr>
      <w:r>
        <w:rPr>
          <w:b w:val="0"/>
          <w:i w:val="0"/>
          <w:sz w:val="21"/>
        </w:rPr>
        <w:t>I am writing to apply for the Data Management Engineer - Mid position at Arch Global Services (Philippines) Inc. For the past six years, I have built my career around a single thread: taking manual, error-prone data and reporting work and turning it into reliable, automated systems. I believe that experience translates directly into this role's focus on production support, data operations, and continuous improvement of existing pipelines and dashboards.</w:t>
      </w:r>
    </w:p>
    <w:p>
      <w:pPr>
        <w:spacing w:after="200"/>
      </w:pPr>
      <w:r>
        <w:rPr>
          <w:b w:val="0"/>
          <w:i w:val="0"/>
          <w:sz w:val="21"/>
        </w:rPr>
        <w:t>At Countryside Investments Holdings Corporation (formerly Solar Philippines), I progressed from Junior to Senior GIS Specialist II while building and maintaining the automation layer a 39-person department runs on daily. I developed QGIS processing models that extract, transform, and load raw field survey data into clean, GIS-ready outputs, cutting turnaround time by as much as 90% on some workflows. I built an Excel and Power Query (M) formula suite, paired with VBA macros, to automate recurring data cleaning and reporting tasks for the department, and I have written Python tooling (QGIS plugins and scripts) that is still in daily use by GIS staff today. Separately, I built and deployed full-stack web applications on Cloudflare Workers, including a scheduling tool for 39 field staff and a mapping dashboard with an authenticated data-submission portal handling confidential data for 50+ external users - experience that gave me a working understanding of data validation, access control, and deployment, not just analysis.</w:t>
      </w:r>
    </w:p>
    <w:p>
      <w:pPr>
        <w:spacing w:after="200"/>
      </w:pPr>
      <w:r>
        <w:rPr>
          <w:b w:val="0"/>
          <w:i w:val="0"/>
          <w:sz w:val="21"/>
        </w:rPr>
        <w:t>What draws me to this specific role is the emphasis on monitoring, troubleshooting, and reducing manual effort in production data processes - that is the work I have been doing for six years, just outside a formal data engineering title. I am comfortable with SQL and Python, and I am actively deepening my data engineering skills, the track I have committed my career to. I would welcome the opportunity to bring the same automation-first approach to Arch's actuarial data assets and reporting platforms.</w:t>
      </w:r>
    </w:p>
    <w:p>
      <w:pPr>
        <w:spacing w:after="200"/>
      </w:pPr>
      <w:r>
        <w:rPr>
          <w:b w:val="0"/>
          <w:i w:val="0"/>
          <w:sz w:val="21"/>
        </w:rPr>
        <w:t>Thank you for considering my application. I have attached my CV for further detail on my experience and would be glad to discuss how my background in automation and tooling can support your team.</w:t>
      </w:r>
    </w:p>
    <w:p>
      <w:pPr>
        <w:spacing w:after="720"/>
      </w:pPr>
      <w:r>
        <w:rPr>
          <w:b w:val="0"/>
          <w:i w:val="0"/>
          <w:sz w:val="21"/>
        </w:rPr>
        <w:t>Sincerely,</w:t>
      </w:r>
    </w:p>
    <w:p>
      <w:pPr>
        <w:spacing w:after="200"/>
      </w:pPr>
      <w:r>
        <w:rPr>
          <w:b w:val="0"/>
          <w:i w:val="0"/>
          <w:sz w:val="21"/>
        </w:rPr>
        <w:t>Voughn Emil Calma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